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135AF7D3" w14:paraId="623EAA2A" wp14:textId="77777777">
      <w:pPr>
        <w:pStyle w:val="Title"/>
        <w:rPr>
          <w:noProof w:val="0"/>
          <w:lang w:val="pl-PL"/>
        </w:rPr>
      </w:pPr>
      <w:r w:rsidRPr="135AF7D3" w:rsidR="135AF7D3">
        <w:rPr>
          <w:noProof w:val="0"/>
          <w:lang w:val="pl-PL"/>
        </w:rPr>
        <w:t>Formularz zgłoszenia serwisowego / gwarancyjnego ZAUBER®</w:t>
      </w:r>
    </w:p>
    <w:p xmlns:wp14="http://schemas.microsoft.com/office/word/2010/wordml" w:rsidP="135AF7D3" w14:paraId="74D9B955" wp14:textId="438FD21F">
      <w:pPr>
        <w:rPr>
          <w:noProof w:val="0"/>
          <w:lang w:val="pl-PL"/>
        </w:rPr>
      </w:pPr>
      <w:r>
        <w:br/>
      </w:r>
    </w:p>
    <w:p xmlns:wp14="http://schemas.microsoft.com/office/word/2010/wordml" w:rsidP="135AF7D3" w14:paraId="051315AD" wp14:textId="77777777">
      <w:pPr>
        <w:pStyle w:val="Heading1"/>
        <w:rPr>
          <w:noProof w:val="0"/>
          <w:lang w:val="pl-PL"/>
        </w:rPr>
      </w:pPr>
      <w:r w:rsidRPr="135AF7D3" w:rsidR="135AF7D3">
        <w:rPr>
          <w:noProof w:val="0"/>
          <w:lang w:val="pl-PL"/>
        </w:rPr>
        <w:t>1. Dane zgłaszającego i urządzenia</w:t>
      </w:r>
    </w:p>
    <w:tbl>
      <w:tblPr>
        <w:tblStyle w:val="TableGrid"/>
        <w:tblW w:w="10177" w:type="dxa"/>
        <w:jc w:val="center"/>
        <w:tblLayout w:type="fixed"/>
        <w:tblLook w:val="04A0" w:firstRow="1" w:lastRow="0" w:firstColumn="1" w:lastColumn="0" w:noHBand="0" w:noVBand="1"/>
      </w:tblPr>
      <w:tblGrid>
        <w:gridCol w:w="1965"/>
        <w:gridCol w:w="2565"/>
        <w:gridCol w:w="2220"/>
        <w:gridCol w:w="495"/>
        <w:gridCol w:w="2932"/>
      </w:tblGrid>
      <w:tr xmlns:wp14="http://schemas.microsoft.com/office/word/2010/wordml" w:rsidTr="135AF7D3" w14:paraId="6DF6297E" wp14:textId="77777777">
        <w:trPr>
          <w:trHeight w:val="435"/>
        </w:trPr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P="135AF7D3" w14:paraId="203BB2F4" wp14:textId="5C5A9627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283AB94D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Firma</w:t>
            </w:r>
            <w:r w:rsidRPr="135AF7D3" w:rsidR="283AB94D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4785" w:type="dxa"/>
            <w:gridSpan w:val="2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P="135AF7D3" w14:paraId="672A6659" wp14:textId="2F03D4F8">
            <w:pPr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4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7353F152" w:rsidP="135AF7D3" w:rsidRDefault="7353F152" w14:paraId="70447C6C" w14:textId="55FA6FE2">
            <w:pPr>
              <w:pStyle w:val="Normal"/>
            </w:pPr>
            <w:r w:rsidRPr="135AF7D3" w:rsidR="7353F152">
              <w:rPr>
                <w:noProof w:val="0"/>
                <w:lang w:val="pl-PL"/>
              </w:rPr>
              <w:t>NIP</w:t>
            </w:r>
          </w:p>
        </w:tc>
        <w:tc>
          <w:tcPr>
            <w:tcW w:w="29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25E7767B" w14:textId="43118A60">
            <w:pPr>
              <w:pStyle w:val="Normal"/>
              <w:rPr>
                <w:noProof w:val="0"/>
                <w:lang w:val="pl-PL"/>
              </w:rPr>
            </w:pPr>
          </w:p>
        </w:tc>
      </w:tr>
      <w:tr xmlns:wp14="http://schemas.microsoft.com/office/word/2010/wordml" w:rsidTr="135AF7D3" w14:paraId="1D66CA67" wp14:textId="77777777"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P="135AF7D3" w14:paraId="50C028DF" wp14:textId="60AF0E7F">
            <w:pPr>
              <w:pStyle w:val="Normal"/>
              <w:suppressLineNumbers w:val="0"/>
              <w:bidi w:val="0"/>
              <w:spacing w:before="0" w:beforeAutospacing="off" w:after="60" w:afterAutospacing="off" w:line="360" w:lineRule="auto"/>
              <w:ind w:left="0" w:right="0"/>
              <w:jc w:val="left"/>
            </w:pPr>
            <w:r w:rsidRPr="135AF7D3" w:rsidR="67FD45F1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Osoba do kontaktu - imię</w:t>
            </w:r>
          </w:p>
        </w:tc>
        <w:tc>
          <w:tcPr>
            <w:tcW w:w="25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P="135AF7D3" w14:paraId="5DAB6C7B" wp14:textId="10345DF0">
            <w:pPr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22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E95FEA7" w:rsidP="135AF7D3" w:rsidRDefault="0E95FEA7" w14:paraId="4B3F842B" w14:textId="1DA4733D">
            <w:pPr>
              <w:pStyle w:val="Normal"/>
              <w:suppressLineNumbers w:val="0"/>
              <w:bidi w:val="0"/>
              <w:spacing w:before="0" w:beforeAutospacing="off" w:after="60" w:afterAutospacing="off" w:line="360" w:lineRule="auto"/>
              <w:ind w:left="0" w:right="0"/>
              <w:jc w:val="left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0E95FEA7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Nazwisko</w:t>
            </w:r>
          </w:p>
        </w:tc>
        <w:tc>
          <w:tcPr>
            <w:tcW w:w="3427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301F8F93" w14:textId="1C38BD5D">
            <w:pPr>
              <w:pStyle w:val="Normal"/>
              <w:jc w:val="left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</w:p>
        </w:tc>
      </w:tr>
      <w:tr xmlns:wp14="http://schemas.microsoft.com/office/word/2010/wordml" w:rsidTr="135AF7D3" w14:paraId="6D69F64A" wp14:textId="77777777"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P="135AF7D3" w14:paraId="73F1043E" wp14:textId="371C7BC4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283AB94D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Telefon</w:t>
            </w:r>
          </w:p>
        </w:tc>
        <w:tc>
          <w:tcPr>
            <w:tcW w:w="25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P="135AF7D3" w14:paraId="6A05A809" wp14:textId="4EFCAE20">
            <w:pPr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22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526911E3" w:rsidP="135AF7D3" w:rsidRDefault="526911E3" w14:paraId="51C82BDB" w14:textId="3864C942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E-mail</w:t>
            </w:r>
          </w:p>
        </w:tc>
        <w:tc>
          <w:tcPr>
            <w:tcW w:w="3427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2DDF4633" w14:textId="030BE010">
            <w:pPr>
              <w:pStyle w:val="Normal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</w:p>
        </w:tc>
      </w:tr>
      <w:tr xmlns:wp14="http://schemas.microsoft.com/office/word/2010/wordml" w:rsidTr="135AF7D3" w14:paraId="50D01A36" wp14:textId="77777777"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P="135AF7D3" w14:paraId="5A67876E" wp14:textId="3D7465BE">
            <w:pPr>
              <w:pStyle w:val="Normal"/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3B4260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Model</w:t>
            </w:r>
          </w:p>
        </w:tc>
        <w:tc>
          <w:tcPr>
            <w:tcW w:w="25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R="135AF7D3" w:rsidP="135AF7D3" w:rsidRDefault="135AF7D3" w14:paraId="1DCEC02F" w14:textId="4EFCAE20">
            <w:pPr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22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3B4260E3" w:rsidP="135AF7D3" w:rsidRDefault="3B4260E3" w14:paraId="2B69C34B" w14:textId="00A679B8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3B4260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Miejsce pracy urządzenia</w:t>
            </w:r>
          </w:p>
        </w:tc>
        <w:tc>
          <w:tcPr>
            <w:tcW w:w="3427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176A6B79" w14:textId="48746226">
            <w:pPr>
              <w:pStyle w:val="Normal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</w:p>
        </w:tc>
      </w:tr>
      <w:tr xmlns:wp14="http://schemas.microsoft.com/office/word/2010/wordml" w:rsidTr="135AF7D3" w14:paraId="2835EA72" wp14:textId="77777777"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P="135AF7D3" w14:paraId="4D6B4026" wp14:textId="5A8341FF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Numer</w:t>
            </w: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 </w:t>
            </w: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seryjny</w:t>
            </w:r>
          </w:p>
        </w:tc>
        <w:tc>
          <w:tcPr>
            <w:tcW w:w="25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P="135AF7D3" w14:paraId="0D0B940D" wp14:textId="3E88B1C5">
            <w:pPr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22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526911E3" w:rsidP="135AF7D3" w:rsidRDefault="526911E3" w14:paraId="0C10650D" w14:textId="523C4DA9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Data </w:t>
            </w: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zakupu</w:t>
            </w: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 / </w:t>
            </w: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przekazania</w:t>
            </w:r>
          </w:p>
        </w:tc>
        <w:tc>
          <w:tcPr>
            <w:tcW w:w="3427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40BE2A33" w14:textId="484FBE2F">
            <w:pPr>
              <w:pStyle w:val="Normal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</w:p>
        </w:tc>
      </w:tr>
      <w:tr w:rsidR="135AF7D3" w:rsidTr="135AF7D3" w14:paraId="4E689B11">
        <w:trPr>
          <w:trHeight w:val="300"/>
        </w:trPr>
        <w:tc>
          <w:tcPr>
            <w:tcW w:w="19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  <w:shd w:fill="EAF4FA"/>
          </w:tcPr>
          <w:p w:rsidR="526911E3" w:rsidP="135AF7D3" w:rsidRDefault="526911E3" w14:paraId="38C50C22" w14:textId="6BFDDBC2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Nr dokumentu zakupu</w:t>
            </w:r>
          </w:p>
        </w:tc>
        <w:tc>
          <w:tcPr>
            <w:tcW w:w="2565" w:type="dxa"/>
            <w:tcMar>
              <w:top w:w="55" w:type="dxa"/>
              <w:left w:w="70" w:type="dxa"/>
              <w:start w:w="70" w:type="dxa"/>
              <w:bottom w:w="55" w:type="dxa"/>
              <w:right w:w="70" w:type="dxa"/>
              <w:end w:w="70" w:type="dxa"/>
            </w:tcMar>
            <w:vAlign w:val="center"/>
          </w:tcPr>
          <w:p w:rsidR="135AF7D3" w:rsidP="135AF7D3" w:rsidRDefault="135AF7D3" w14:paraId="40D12D19" w14:textId="42500606">
            <w:pPr>
              <w:pStyle w:val="Normal"/>
              <w:spacing w:line="360" w:lineRule="auto"/>
              <w:rPr>
                <w:noProof w:val="0"/>
                <w:lang w:val="pl-PL"/>
              </w:rPr>
            </w:pPr>
          </w:p>
        </w:tc>
        <w:tc>
          <w:tcPr>
            <w:tcW w:w="22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526911E3" w:rsidP="135AF7D3" w:rsidRDefault="526911E3" w14:paraId="47F23256" w14:textId="5CDA8E4A">
            <w:pPr>
              <w:spacing w:line="360" w:lineRule="auto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135AF7D3" w:rsidR="526911E3">
              <w:rPr>
                <w:b w:val="0"/>
                <w:bCs w:val="0"/>
                <w:noProof w:val="0"/>
                <w:sz w:val="16"/>
                <w:szCs w:val="16"/>
                <w:lang w:val="pl-PL"/>
              </w:rPr>
              <w:t>Motogodziny (jeśli dotyczy)</w:t>
            </w:r>
          </w:p>
        </w:tc>
        <w:tc>
          <w:tcPr>
            <w:tcW w:w="3427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135AF7D3" w:rsidP="135AF7D3" w:rsidRDefault="135AF7D3" w14:paraId="64242CE2" w14:textId="4599352B">
            <w:pPr>
              <w:pStyle w:val="Normal"/>
              <w:rPr>
                <w:b w:val="0"/>
                <w:bCs w:val="0"/>
                <w:noProof w:val="0"/>
                <w:sz w:val="16"/>
                <w:szCs w:val="16"/>
                <w:lang w:val="pl-PL"/>
              </w:rPr>
            </w:pPr>
          </w:p>
        </w:tc>
      </w:tr>
    </w:tbl>
    <w:p w:rsidR="135AF7D3" w:rsidP="135AF7D3" w:rsidRDefault="135AF7D3" w14:paraId="12C9F022" w14:textId="1F3E1FF2">
      <w:pPr>
        <w:rPr>
          <w:noProof w:val="0"/>
          <w:lang w:val="pl-PL"/>
        </w:rPr>
      </w:pPr>
    </w:p>
    <w:p xmlns:wp14="http://schemas.microsoft.com/office/word/2010/wordml" w:rsidP="135AF7D3" w14:paraId="4D0303E4" wp14:textId="3C5636D0">
      <w:pPr>
        <w:pStyle w:val="Heading1"/>
        <w:spacing w:line="360" w:lineRule="auto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 xml:space="preserve">2. </w:t>
      </w:r>
      <w:r w:rsidRPr="135AF7D3" w:rsidR="283AB94D">
        <w:rPr>
          <w:noProof w:val="0"/>
          <w:lang w:val="pl-PL"/>
        </w:rPr>
        <w:t>Rodzaj</w:t>
      </w:r>
      <w:r w:rsidRPr="135AF7D3" w:rsidR="283AB94D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zgłoszenia</w:t>
      </w:r>
    </w:p>
    <w:p xmlns:wp14="http://schemas.microsoft.com/office/word/2010/wordml" w:rsidP="135AF7D3" w14:paraId="20C6F1B9" wp14:textId="6A0E9F7D">
      <w:pPr>
        <w:spacing w:after="80" w:line="360" w:lineRule="auto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>☐ gwarancja    ☐ naprawa odpłatna    ☐ przegląd    ☐ części    ☐ inne: ____________________</w:t>
      </w:r>
    </w:p>
    <w:p xmlns:wp14="http://schemas.microsoft.com/office/word/2010/wordml" w:rsidP="135AF7D3" w14:paraId="6E602A33" wp14:textId="0A13EAFD">
      <w:pPr>
        <w:pStyle w:val="Heading1"/>
        <w:spacing w:line="360" w:lineRule="auto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 xml:space="preserve">3. </w:t>
      </w:r>
      <w:r w:rsidRPr="135AF7D3" w:rsidR="283AB94D">
        <w:rPr>
          <w:noProof w:val="0"/>
          <w:lang w:val="pl-PL"/>
        </w:rPr>
        <w:t>Opis</w:t>
      </w:r>
      <w:r w:rsidRPr="135AF7D3" w:rsidR="283AB94D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usterki</w:t>
      </w:r>
      <w:r w:rsidRPr="135AF7D3" w:rsidR="283AB94D">
        <w:rPr>
          <w:noProof w:val="0"/>
          <w:lang w:val="pl-PL"/>
        </w:rPr>
        <w:t xml:space="preserve"> / </w:t>
      </w:r>
      <w:r w:rsidRPr="135AF7D3" w:rsidR="283AB94D">
        <w:rPr>
          <w:noProof w:val="0"/>
          <w:lang w:val="pl-PL"/>
        </w:rPr>
        <w:t>problemu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0365"/>
      </w:tblGrid>
      <w:tr w:rsidR="135AF7D3" w:rsidTr="135AF7D3" w14:paraId="275FFEC6">
        <w:trPr>
          <w:trHeight w:val="300"/>
        </w:trPr>
        <w:tc>
          <w:tcPr>
            <w:tcW w:w="10365" w:type="dxa"/>
            <w:tcMar/>
          </w:tcPr>
          <w:p w:rsidR="135AF7D3" w:rsidP="135AF7D3" w:rsidRDefault="135AF7D3" w14:paraId="2B261532" w14:textId="13EFEC24">
            <w:pPr>
              <w:pStyle w:val="Heading1"/>
              <w:rPr>
                <w:noProof w:val="0"/>
                <w:sz w:val="20"/>
                <w:szCs w:val="20"/>
                <w:lang w:val="pl-PL"/>
              </w:rPr>
            </w:pPr>
          </w:p>
          <w:p w:rsidR="135AF7D3" w:rsidP="135AF7D3" w:rsidRDefault="135AF7D3" w14:paraId="5373B747" w14:textId="13A1171C">
            <w:pPr>
              <w:pStyle w:val="Normal"/>
              <w:rPr>
                <w:noProof w:val="0"/>
                <w:lang w:val="pl-PL"/>
              </w:rPr>
            </w:pPr>
          </w:p>
          <w:p w:rsidR="135AF7D3" w:rsidP="135AF7D3" w:rsidRDefault="135AF7D3" w14:paraId="4DA567C9" w14:textId="73B0B7DA">
            <w:pPr>
              <w:pStyle w:val="Normal"/>
              <w:rPr>
                <w:noProof w:val="0"/>
                <w:lang w:val="pl-PL"/>
              </w:rPr>
            </w:pPr>
          </w:p>
          <w:p w:rsidR="135AF7D3" w:rsidP="135AF7D3" w:rsidRDefault="135AF7D3" w14:paraId="3F61BBA3" w14:textId="300332A6">
            <w:pPr>
              <w:pStyle w:val="Normal"/>
              <w:rPr>
                <w:noProof w:val="0"/>
                <w:lang w:val="pl-PL"/>
              </w:rPr>
            </w:pPr>
          </w:p>
          <w:p w:rsidR="135AF7D3" w:rsidP="135AF7D3" w:rsidRDefault="135AF7D3" w14:paraId="3D22347A" w14:textId="68118D51">
            <w:pPr>
              <w:pStyle w:val="Normal"/>
              <w:rPr>
                <w:noProof w:val="0"/>
                <w:lang w:val="pl-PL"/>
              </w:rPr>
            </w:pPr>
          </w:p>
        </w:tc>
      </w:tr>
    </w:tbl>
    <w:p xmlns:wp14="http://schemas.microsoft.com/office/word/2010/wordml" w:rsidP="135AF7D3" w14:paraId="1DCBA657" wp14:textId="6CC866D9">
      <w:pPr>
        <w:pStyle w:val="Heading1"/>
        <w:spacing w:line="360" w:lineRule="auto"/>
        <w:ind w:left="0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>4. Objawy i okoliczności</w:t>
      </w:r>
    </w:p>
    <w:p xmlns:wp14="http://schemas.microsoft.com/office/word/2010/wordml" w:rsidP="283AB94D" w14:paraId="243FACD5" wp14:textId="0B938FF6">
      <w:pPr>
        <w:spacing w:after="20" w:line="360" w:lineRule="auto"/>
      </w:pPr>
      <w:r w:rsidRPr="135AF7D3" w:rsidR="283AB94D">
        <w:rPr>
          <w:noProof w:val="0"/>
          <w:lang w:val="pl-PL"/>
        </w:rPr>
        <w:t>Kiedy występuje problem / komunikat błędu / warunki pracy: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0365"/>
      </w:tblGrid>
      <w:tr w:rsidR="135AF7D3" w:rsidTr="135AF7D3" w14:paraId="62471154">
        <w:trPr>
          <w:trHeight w:val="300"/>
        </w:trPr>
        <w:tc>
          <w:tcPr>
            <w:tcW w:w="10365" w:type="dxa"/>
            <w:tcMar/>
          </w:tcPr>
          <w:p w:rsidR="135AF7D3" w:rsidP="135AF7D3" w:rsidRDefault="135AF7D3" w14:paraId="59758C69" w14:textId="7929CA62">
            <w:pPr>
              <w:pStyle w:val="Normal"/>
              <w:rPr>
                <w:noProof w:val="0"/>
                <w:lang w:val="pl-PL"/>
              </w:rPr>
            </w:pPr>
          </w:p>
          <w:p w:rsidR="135AF7D3" w:rsidP="135AF7D3" w:rsidRDefault="135AF7D3" w14:paraId="00284FE9" w14:textId="0D957797">
            <w:pPr>
              <w:pStyle w:val="Normal"/>
              <w:rPr>
                <w:noProof w:val="0"/>
                <w:lang w:val="pl-PL"/>
              </w:rPr>
            </w:pPr>
          </w:p>
          <w:p w:rsidR="135AF7D3" w:rsidP="135AF7D3" w:rsidRDefault="135AF7D3" w14:paraId="47DB2BDB" w14:textId="7754F5F5">
            <w:pPr>
              <w:pStyle w:val="Normal"/>
              <w:rPr>
                <w:noProof w:val="0"/>
                <w:lang w:val="pl-PL"/>
              </w:rPr>
            </w:pPr>
          </w:p>
        </w:tc>
      </w:tr>
    </w:tbl>
    <w:p xmlns:wp14="http://schemas.microsoft.com/office/word/2010/wordml" w:rsidP="135AF7D3" w14:paraId="3A7F4043" wp14:textId="07C24928">
      <w:pPr>
        <w:pStyle w:val="Heading1"/>
        <w:spacing w:line="360" w:lineRule="auto"/>
        <w:ind w:left="0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>5. Załączniki i udostępnienie urządzenia</w:t>
      </w:r>
    </w:p>
    <w:p xmlns:wp14="http://schemas.microsoft.com/office/word/2010/wordml" w:rsidP="135AF7D3" w14:paraId="5FC18DD2" wp14:textId="5DD7F482">
      <w:pPr>
        <w:pStyle w:val="Normal"/>
        <w:spacing w:line="360" w:lineRule="auto"/>
        <w:rPr>
          <w:noProof w:val="0"/>
          <w:lang w:val="pl-PL"/>
        </w:rPr>
      </w:pPr>
      <w:r w:rsidRPr="135AF7D3" w:rsidR="283AB94D">
        <w:rPr>
          <w:b w:val="1"/>
          <w:bCs w:val="1"/>
          <w:noProof w:val="0"/>
          <w:lang w:val="pl-PL"/>
        </w:rPr>
        <w:t>Załączniki</w:t>
      </w:r>
      <w:r w:rsidRPr="135AF7D3" w:rsidR="283AB94D">
        <w:rPr>
          <w:noProof w:val="0"/>
          <w:lang w:val="pl-PL"/>
        </w:rPr>
        <w:t xml:space="preserve">: ☐ </w:t>
      </w:r>
      <w:r w:rsidRPr="135AF7D3" w:rsidR="283AB94D">
        <w:rPr>
          <w:noProof w:val="0"/>
          <w:lang w:val="pl-PL"/>
        </w:rPr>
        <w:t>zdjęcia</w:t>
      </w:r>
      <w:r w:rsidRPr="135AF7D3" w:rsidR="283AB94D">
        <w:rPr>
          <w:noProof w:val="0"/>
          <w:lang w:val="pl-PL"/>
        </w:rPr>
        <w:t xml:space="preserve"> / film   ☐ </w:t>
      </w:r>
      <w:r w:rsidRPr="135AF7D3" w:rsidR="283AB94D">
        <w:rPr>
          <w:noProof w:val="0"/>
          <w:lang w:val="pl-PL"/>
        </w:rPr>
        <w:t>dowód</w:t>
      </w:r>
      <w:r w:rsidRPr="135AF7D3" w:rsidR="283AB94D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zakupu</w:t>
      </w:r>
      <w:r w:rsidRPr="135AF7D3" w:rsidR="283AB94D">
        <w:rPr>
          <w:noProof w:val="0"/>
          <w:lang w:val="pl-PL"/>
        </w:rPr>
        <w:t xml:space="preserve">   ☐ </w:t>
      </w:r>
      <w:r w:rsidRPr="135AF7D3" w:rsidR="283AB94D">
        <w:rPr>
          <w:noProof w:val="0"/>
          <w:lang w:val="pl-PL"/>
        </w:rPr>
        <w:t>historia</w:t>
      </w:r>
      <w:r w:rsidRPr="135AF7D3" w:rsidR="283AB94D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przeglądów</w:t>
      </w:r>
      <w:r w:rsidRPr="135AF7D3" w:rsidR="283AB94D">
        <w:rPr>
          <w:noProof w:val="0"/>
          <w:lang w:val="pl-PL"/>
        </w:rPr>
        <w:t xml:space="preserve">   ☐ </w:t>
      </w:r>
      <w:r w:rsidRPr="135AF7D3" w:rsidR="283AB94D">
        <w:rPr>
          <w:noProof w:val="0"/>
          <w:lang w:val="pl-PL"/>
        </w:rPr>
        <w:t>inne</w:t>
      </w:r>
      <w:r w:rsidRPr="135AF7D3" w:rsidR="283AB94D">
        <w:rPr>
          <w:noProof w:val="0"/>
          <w:lang w:val="pl-PL"/>
        </w:rPr>
        <w:t>: _________</w:t>
      </w:r>
      <w:r w:rsidRPr="135AF7D3" w:rsidR="3270AF90">
        <w:rPr>
          <w:noProof w:val="0"/>
          <w:lang w:val="pl-PL"/>
        </w:rPr>
        <w:t>_________</w:t>
      </w:r>
      <w:r w:rsidRPr="135AF7D3" w:rsidR="283AB94D">
        <w:rPr>
          <w:noProof w:val="0"/>
          <w:lang w:val="pl-PL"/>
        </w:rPr>
        <w:t>_________</w:t>
      </w:r>
    </w:p>
    <w:p xmlns:wp14="http://schemas.microsoft.com/office/word/2010/wordml" w:rsidP="135AF7D3" w14:paraId="7C2DB7E9" wp14:textId="0DC65784">
      <w:pPr>
        <w:spacing w:line="360" w:lineRule="auto"/>
        <w:rPr>
          <w:noProof w:val="0"/>
          <w:lang w:val="pl-PL"/>
        </w:rPr>
      </w:pPr>
      <w:r w:rsidRPr="135AF7D3" w:rsidR="283AB94D">
        <w:rPr>
          <w:b w:val="1"/>
          <w:bCs w:val="1"/>
          <w:noProof w:val="0"/>
          <w:lang w:val="pl-PL"/>
        </w:rPr>
        <w:t>Preferowany sposób:</w:t>
      </w:r>
      <w:r w:rsidRPr="135AF7D3" w:rsidR="283AB94D">
        <w:rPr>
          <w:noProof w:val="0"/>
          <w:lang w:val="pl-PL"/>
        </w:rPr>
        <w:t xml:space="preserve"> ☐ serwis na miejscu   ☐ dostarczenie do serwisu   ☐ do ustalenia</w:t>
      </w:r>
    </w:p>
    <w:p xmlns:wp14="http://schemas.microsoft.com/office/word/2010/wordml" w:rsidP="135AF7D3" w14:paraId="3C8FD61E" wp14:textId="1789C951">
      <w:pPr>
        <w:pStyle w:val="Normal"/>
        <w:spacing w:line="360" w:lineRule="auto"/>
        <w:rPr>
          <w:noProof w:val="0"/>
          <w:lang w:val="pl-PL"/>
        </w:rPr>
      </w:pPr>
      <w:r w:rsidRPr="135AF7D3" w:rsidR="283AB94D">
        <w:rPr>
          <w:b w:val="1"/>
          <w:bCs w:val="1"/>
          <w:noProof w:val="0"/>
          <w:lang w:val="pl-PL"/>
        </w:rPr>
        <w:t>Dostępny</w:t>
      </w:r>
      <w:r w:rsidRPr="135AF7D3" w:rsidR="283AB94D">
        <w:rPr>
          <w:b w:val="1"/>
          <w:bCs w:val="1"/>
          <w:noProof w:val="0"/>
          <w:lang w:val="pl-PL"/>
        </w:rPr>
        <w:t xml:space="preserve"> </w:t>
      </w:r>
      <w:r w:rsidRPr="135AF7D3" w:rsidR="283AB94D">
        <w:rPr>
          <w:b w:val="1"/>
          <w:bCs w:val="1"/>
          <w:noProof w:val="0"/>
          <w:lang w:val="pl-PL"/>
        </w:rPr>
        <w:t>termin</w:t>
      </w:r>
      <w:r w:rsidRPr="135AF7D3" w:rsidR="283AB94D">
        <w:rPr>
          <w:b w:val="1"/>
          <w:bCs w:val="1"/>
          <w:noProof w:val="0"/>
          <w:lang w:val="pl-PL"/>
        </w:rPr>
        <w:t xml:space="preserve"> / </w:t>
      </w:r>
      <w:r w:rsidRPr="135AF7D3" w:rsidR="283AB94D">
        <w:rPr>
          <w:b w:val="1"/>
          <w:bCs w:val="1"/>
          <w:noProof w:val="0"/>
          <w:lang w:val="pl-PL"/>
        </w:rPr>
        <w:t>uwagi</w:t>
      </w:r>
      <w:r w:rsidRPr="135AF7D3" w:rsidR="283AB94D">
        <w:rPr>
          <w:b w:val="1"/>
          <w:bCs w:val="1"/>
          <w:noProof w:val="0"/>
          <w:lang w:val="pl-PL"/>
        </w:rPr>
        <w:t>:</w:t>
      </w:r>
      <w:r w:rsidRPr="135AF7D3" w:rsidR="283AB94D">
        <w:rPr>
          <w:noProof w:val="0"/>
          <w:lang w:val="pl-PL"/>
        </w:rPr>
        <w:t xml:space="preserve"> ________________________________________________________________</w:t>
      </w:r>
      <w:r w:rsidRPr="135AF7D3" w:rsidR="449D5EB2">
        <w:rPr>
          <w:noProof w:val="0"/>
          <w:lang w:val="pl-PL"/>
        </w:rPr>
        <w:t>____</w:t>
      </w:r>
      <w:r w:rsidRPr="135AF7D3" w:rsidR="283AB94D">
        <w:rPr>
          <w:noProof w:val="0"/>
          <w:lang w:val="pl-PL"/>
        </w:rPr>
        <w:t>_</w:t>
      </w:r>
    </w:p>
    <w:p xmlns:wp14="http://schemas.microsoft.com/office/word/2010/wordml" w:rsidP="135AF7D3" w14:paraId="18FE5F05" wp14:textId="1C6E583B">
      <w:pPr>
        <w:pStyle w:val="Heading1"/>
        <w:spacing w:line="360" w:lineRule="auto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>6. Informacja o danych osobowych</w:t>
      </w:r>
    </w:p>
    <w:p xmlns:wp14="http://schemas.microsoft.com/office/word/2010/wordml" w:rsidP="135AF7D3" w14:paraId="4D4D093E" wp14:textId="7AD7EB9F">
      <w:pPr>
        <w:pStyle w:val="Normal"/>
        <w:suppressLineNumbers w:val="0"/>
        <w:bidi w:val="0"/>
        <w:spacing w:before="0" w:beforeAutospacing="off" w:after="60" w:afterAutospacing="off" w:line="360" w:lineRule="auto"/>
        <w:ind w:left="0" w:right="0"/>
        <w:jc w:val="left"/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</w:pP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Administratorem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danych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jest SYLPO-ZAUBER Sp. z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o.o.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Dane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wykorzystamy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do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obsługi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zgłoszenia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,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diagnostyki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urządzenia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, kontaktu</w:t>
      </w:r>
      <w:r w:rsidRPr="135AF7D3" w:rsidR="47D34227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oraz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prowadzenia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historii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serwisowej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. 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>Szczegóły</w:t>
      </w:r>
      <w:r w:rsidRPr="135AF7D3" w:rsidR="283AB94D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  <w:t xml:space="preserve">: </w:t>
      </w:r>
      <w:hyperlink r:id="R1934086dcfa44e94">
        <w:r w:rsidRPr="135AF7D3" w:rsidR="283AB94D">
          <w:rPr>
            <w:rStyle w:val="Hyperlink"/>
            <w:i w:val="1"/>
            <w:iCs w:val="1"/>
            <w:noProof w:val="0"/>
            <w:color w:val="808080" w:themeColor="background1" w:themeTint="FF" w:themeShade="80"/>
            <w:sz w:val="18"/>
            <w:szCs w:val="18"/>
            <w:lang w:val="pl-PL"/>
          </w:rPr>
          <w:t>Polityka</w:t>
        </w:r>
        <w:r w:rsidRPr="135AF7D3" w:rsidR="283AB94D">
          <w:rPr>
            <w:rStyle w:val="Hyperlink"/>
            <w:i w:val="1"/>
            <w:iCs w:val="1"/>
            <w:noProof w:val="0"/>
            <w:color w:val="808080" w:themeColor="background1" w:themeTint="FF" w:themeShade="80"/>
            <w:sz w:val="18"/>
            <w:szCs w:val="18"/>
            <w:lang w:val="pl-PL"/>
          </w:rPr>
          <w:t xml:space="preserve"> </w:t>
        </w:r>
        <w:r w:rsidRPr="135AF7D3" w:rsidR="283AB94D">
          <w:rPr>
            <w:rStyle w:val="Hyperlink"/>
            <w:i w:val="1"/>
            <w:iCs w:val="1"/>
            <w:noProof w:val="0"/>
            <w:color w:val="808080" w:themeColor="background1" w:themeTint="FF" w:themeShade="80"/>
            <w:sz w:val="18"/>
            <w:szCs w:val="18"/>
            <w:lang w:val="pl-PL"/>
          </w:rPr>
          <w:t>prywatności</w:t>
        </w:r>
        <w:r w:rsidRPr="135AF7D3" w:rsidR="283AB94D">
          <w:rPr>
            <w:rStyle w:val="Hyperlink"/>
            <w:i w:val="1"/>
            <w:iCs w:val="1"/>
            <w:noProof w:val="0"/>
            <w:color w:val="808080" w:themeColor="background1" w:themeTint="FF" w:themeShade="80"/>
            <w:sz w:val="18"/>
            <w:szCs w:val="18"/>
            <w:lang w:val="pl-PL"/>
          </w:rPr>
          <w:t xml:space="preserve"> zauber.pl.</w:t>
        </w:r>
      </w:hyperlink>
    </w:p>
    <w:p w:rsidR="135AF7D3" w:rsidP="135AF7D3" w:rsidRDefault="135AF7D3" w14:paraId="570AEF6C" w14:textId="670B588E">
      <w:pPr>
        <w:pStyle w:val="Normal"/>
        <w:suppressLineNumbers w:val="0"/>
        <w:bidi w:val="0"/>
        <w:spacing w:before="0" w:beforeAutospacing="off" w:after="60" w:afterAutospacing="off" w:line="360" w:lineRule="auto"/>
        <w:ind w:left="0" w:right="0"/>
        <w:jc w:val="left"/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pl-PL"/>
        </w:rPr>
      </w:pPr>
    </w:p>
    <w:p w:rsidR="135AF7D3" w:rsidP="135AF7D3" w:rsidRDefault="135AF7D3" w14:paraId="1C056C58" w14:textId="5FDDD5C9">
      <w:pPr>
        <w:spacing w:line="360" w:lineRule="auto"/>
        <w:rPr>
          <w:noProof w:val="0"/>
          <w:sz w:val="17"/>
          <w:szCs w:val="17"/>
          <w:lang w:val="pl-PL"/>
        </w:rPr>
      </w:pPr>
    </w:p>
    <w:p xmlns:wp14="http://schemas.microsoft.com/office/word/2010/wordml" w:rsidP="135AF7D3" w14:paraId="21ECEA78" wp14:textId="6BB3E78D">
      <w:pPr>
        <w:pStyle w:val="Normal"/>
        <w:spacing w:line="360" w:lineRule="auto"/>
        <w:rPr>
          <w:noProof w:val="0"/>
          <w:lang w:val="pl-PL"/>
        </w:rPr>
      </w:pPr>
      <w:r w:rsidRPr="135AF7D3" w:rsidR="283AB94D">
        <w:rPr>
          <w:noProof w:val="0"/>
          <w:lang w:val="pl-PL"/>
        </w:rPr>
        <w:t xml:space="preserve">Data </w:t>
      </w:r>
      <w:r w:rsidRPr="135AF7D3" w:rsidR="283AB94D">
        <w:rPr>
          <w:noProof w:val="0"/>
          <w:lang w:val="pl-PL"/>
        </w:rPr>
        <w:t>zgłoszenia</w:t>
      </w:r>
      <w:r w:rsidRPr="135AF7D3" w:rsidR="283AB94D">
        <w:rPr>
          <w:noProof w:val="0"/>
          <w:lang w:val="pl-PL"/>
        </w:rPr>
        <w:t xml:space="preserve">: ____________________    </w:t>
      </w:r>
      <w:r w:rsidRPr="135AF7D3" w:rsidR="4E0AE9C5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Podpis</w:t>
      </w:r>
      <w:r w:rsidRPr="135AF7D3" w:rsidR="283AB94D">
        <w:rPr>
          <w:noProof w:val="0"/>
          <w:lang w:val="pl-PL"/>
        </w:rPr>
        <w:t xml:space="preserve"> (</w:t>
      </w:r>
      <w:r w:rsidRPr="135AF7D3" w:rsidR="283AB94D">
        <w:rPr>
          <w:noProof w:val="0"/>
          <w:lang w:val="pl-PL"/>
        </w:rPr>
        <w:t>formularz</w:t>
      </w:r>
      <w:r w:rsidRPr="135AF7D3" w:rsidR="283AB94D">
        <w:rPr>
          <w:noProof w:val="0"/>
          <w:lang w:val="pl-PL"/>
        </w:rPr>
        <w:t xml:space="preserve"> </w:t>
      </w:r>
      <w:r w:rsidRPr="135AF7D3" w:rsidR="283AB94D">
        <w:rPr>
          <w:noProof w:val="0"/>
          <w:lang w:val="pl-PL"/>
        </w:rPr>
        <w:t>papierowy</w:t>
      </w:r>
      <w:r w:rsidRPr="135AF7D3" w:rsidR="283AB94D">
        <w:rPr>
          <w:noProof w:val="0"/>
          <w:lang w:val="pl-PL"/>
        </w:rPr>
        <w:t>): ___________</w:t>
      </w:r>
      <w:r w:rsidRPr="135AF7D3" w:rsidR="1BAE7B7E">
        <w:rPr>
          <w:noProof w:val="0"/>
          <w:lang w:val="pl-PL"/>
        </w:rPr>
        <w:t>__________________</w:t>
      </w:r>
      <w:r w:rsidRPr="135AF7D3" w:rsidR="283AB94D">
        <w:rPr>
          <w:noProof w:val="0"/>
          <w:lang w:val="pl-PL"/>
        </w:rPr>
        <w:t>__________</w:t>
      </w: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59F35D47" wp14:textId="77777777">
    <w:pPr>
      <w:pStyle w:val="Footer"/>
      <w:jc w:val="center"/>
    </w:pPr>
    <w:r>
      <w:rPr>
        <w:rFonts w:ascii="Arial" w:hAnsi="Arial"/>
        <w:color w:val="666666"/>
        <w:sz w:val="15"/>
      </w:rPr>
      <w:t>ZAUBER.PL • SYLPO-ZAUBER Sp. z o.o. • formularz serwisowy / gwarancyjny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149B8837" wp14:textId="77777777">
    <w:pPr>
      <w:pStyle w:val="Header"/>
      <w:jc w:val="right"/>
    </w:pPr>
    <w:r>
      <w:rPr>
        <w:rFonts w:ascii="Arial" w:hAnsi="Arial"/>
        <w:color w:val="666666"/>
        <w:sz w:val="16"/>
      </w:rPr>
      <w:t>ZAUBER®  |  FORMULARZ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BB14E2"/>
    <w:rsid w:val="08F3312E"/>
    <w:rsid w:val="09DD2170"/>
    <w:rsid w:val="0D38FFAF"/>
    <w:rsid w:val="0D38FFAF"/>
    <w:rsid w:val="0DBF5B3A"/>
    <w:rsid w:val="0E95FEA7"/>
    <w:rsid w:val="0FF0DF9C"/>
    <w:rsid w:val="127DD585"/>
    <w:rsid w:val="12E42900"/>
    <w:rsid w:val="12ED67DC"/>
    <w:rsid w:val="135AF7D3"/>
    <w:rsid w:val="18D66980"/>
    <w:rsid w:val="192D6E5A"/>
    <w:rsid w:val="1A6B4E72"/>
    <w:rsid w:val="1BAE7B7E"/>
    <w:rsid w:val="1CB4102F"/>
    <w:rsid w:val="1D52F86E"/>
    <w:rsid w:val="200E5B8A"/>
    <w:rsid w:val="200E5B8A"/>
    <w:rsid w:val="21BB29DB"/>
    <w:rsid w:val="25BBD3B2"/>
    <w:rsid w:val="27FBFCB7"/>
    <w:rsid w:val="283AB94D"/>
    <w:rsid w:val="29D0C65F"/>
    <w:rsid w:val="2A427EE4"/>
    <w:rsid w:val="2AF18A81"/>
    <w:rsid w:val="2B1EFC44"/>
    <w:rsid w:val="305E3292"/>
    <w:rsid w:val="3270AF90"/>
    <w:rsid w:val="343790D2"/>
    <w:rsid w:val="37514641"/>
    <w:rsid w:val="37514641"/>
    <w:rsid w:val="39DF16C2"/>
    <w:rsid w:val="39DF16C2"/>
    <w:rsid w:val="3B4260E3"/>
    <w:rsid w:val="3D9635EF"/>
    <w:rsid w:val="3EFBCA00"/>
    <w:rsid w:val="3EFBCA00"/>
    <w:rsid w:val="400A2FE3"/>
    <w:rsid w:val="449D5EB2"/>
    <w:rsid w:val="45B6A016"/>
    <w:rsid w:val="4615534C"/>
    <w:rsid w:val="462FB63C"/>
    <w:rsid w:val="47D34227"/>
    <w:rsid w:val="47E7CE7B"/>
    <w:rsid w:val="4C606205"/>
    <w:rsid w:val="4E0AE9C5"/>
    <w:rsid w:val="50FC4303"/>
    <w:rsid w:val="517E4530"/>
    <w:rsid w:val="526911E3"/>
    <w:rsid w:val="53F49575"/>
    <w:rsid w:val="5C7D08AD"/>
    <w:rsid w:val="5C7D08AD"/>
    <w:rsid w:val="67FD45F1"/>
    <w:rsid w:val="69DCF669"/>
    <w:rsid w:val="69DCF669"/>
    <w:rsid w:val="6CA8E0EC"/>
    <w:rsid w:val="6CA8E0EC"/>
    <w:rsid w:val="6DC0AC43"/>
    <w:rsid w:val="7353F152"/>
    <w:rsid w:val="74BD5CD5"/>
    <w:rsid w:val="7BB11C96"/>
    <w:rsid w:val="7DAA7512"/>
    <w:rsid w:val="7DE41966"/>
    <w:rsid w:val="7EF65F8A"/>
    <w:rsid w:val="7F638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313A7A8B-3E75-46AA-AA81-4C43707875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60" w:line="240" w:lineRule="auto"/>
    </w:pPr>
    <w:rPr>
      <w:rFonts w:ascii="Arial" w:hAnsi="Arial"/>
      <w:color w:val="222B3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="Arial" w:hAnsi="Arial" w:asciiTheme="majorHAnsi" w:hAnsiTheme="majorHAnsi" w:eastAsiaTheme="majorEastAsia" w:cstheme="majorBidi"/>
      <w:b/>
      <w:bCs/>
      <w:color w:val="126CA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Arial" w:hAnsi="Arial" w:asciiTheme="majorHAnsi" w:hAnsiTheme="majorHAnsi" w:eastAsiaTheme="majorEastAsia" w:cstheme="majorBidi"/>
      <w:b/>
      <w:bCs/>
      <w:color w:val="126CA8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120" w:after="60" w:line="240" w:lineRule="auto"/>
      <w:contextualSpacing/>
    </w:pPr>
    <w:rPr>
      <w:rFonts w:ascii="Arial" w:hAnsi="Arial" w:asciiTheme="majorHAnsi" w:hAnsiTheme="majorHAnsi" w:eastAsiaTheme="majorEastAsia" w:cstheme="majorBidi"/>
      <w:b/>
      <w:color w:val="222B35"/>
      <w:spacing w:val="5"/>
      <w:kern w:val="28"/>
      <w:sz w:val="40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DefaultParagraphFont"/>
    <w:unhideWhenUsed/>
    <w:rsid w:val="135AF7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Relationship Type="http://schemas.openxmlformats.org/officeDocument/2006/relationships/hyperlink" Target="https://zauber.pl/polityka-prywatnosci/" TargetMode="External" Id="R1934086dcfa44e9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8631E6C2E854680006477AC6BFA4C" ma:contentTypeVersion="12" ma:contentTypeDescription="Create a new document." ma:contentTypeScope="" ma:versionID="2ada7d82f77e767779520035aec7cf6c">
  <xsd:schema xmlns:xsd="http://www.w3.org/2001/XMLSchema" xmlns:xs="http://www.w3.org/2001/XMLSchema" xmlns:p="http://schemas.microsoft.com/office/2006/metadata/properties" xmlns:ns2="df6df331-7f26-4fcf-a503-cb65021997e9" xmlns:ns3="88bf7f94-38a5-4f72-9b61-b02c550bd564" targetNamespace="http://schemas.microsoft.com/office/2006/metadata/properties" ma:root="true" ma:fieldsID="6c8295ede1c0bd58d55f2617f2e3cac3" ns2:_="" ns3:_="">
    <xsd:import namespace="df6df331-7f26-4fcf-a503-cb65021997e9"/>
    <xsd:import namespace="88bf7f94-38a5-4f72-9b61-b02c550bd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df331-7f26-4fcf-a503-cb6502199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24dca0-fb79-4115-aed2-967625d05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f7f94-38a5-4f72-9b61-b02c550bd5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96497a-bc6a-46cb-b755-c145e9943a52}" ma:internalName="TaxCatchAll" ma:showField="CatchAllData" ma:web="88bf7f94-38a5-4f72-9b61-b02c550bd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df331-7f26-4fcf-a503-cb65021997e9">
      <Terms xmlns="http://schemas.microsoft.com/office/infopath/2007/PartnerControls"/>
    </lcf76f155ced4ddcb4097134ff3c332f>
    <TaxCatchAll xmlns="88bf7f94-38a5-4f72-9b61-b02c550bd56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F9D3D1-92B5-4F26-8A82-6D871C59D527}"/>
</file>

<file path=customXml/itemProps3.xml><?xml version="1.0" encoding="utf-8"?>
<ds:datastoreItem xmlns:ds="http://schemas.openxmlformats.org/officeDocument/2006/customXml" ds:itemID="{DCDF9009-313A-43D5-9EDD-4F29773E1368}"/>
</file>

<file path=customXml/itemProps4.xml><?xml version="1.0" encoding="utf-8"?>
<ds:datastoreItem xmlns:ds="http://schemas.openxmlformats.org/officeDocument/2006/customXml" ds:itemID="{606E8781-D952-4530-AF97-01F27C40AD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Anna Banach</lastModifiedBy>
  <revision>4</revision>
  <dcterms:created xsi:type="dcterms:W3CDTF">2013-12-23T23:15:00.0000000Z</dcterms:created>
  <dcterms:modified xsi:type="dcterms:W3CDTF">2026-09-21T07:37:47.0080773Z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0x010100DC08631E6C2E854680006477AC6BFA4C</vt:lpwstr>
  </property>
  <property fmtid="{D5CDD505-2E9C-101B-9397-08002B2CF9AE}" pid="3" name="MediaServiceImageTags">
    <vt:lpwstr/>
  </property>
</Properties>
</file>